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1A2F39" w14:textId="77777777" w:rsidR="00D06E85" w:rsidRDefault="001F6F9D">
      <w:pPr>
        <w:spacing w:after="160"/>
        <w:jc w:val="both"/>
      </w:pPr>
      <w:r>
        <w:rPr>
          <w:b/>
          <w:sz w:val="17"/>
        </w:rPr>
        <w:t>Declarația pe propria răspundere care se depune conform prevederilor art. 93 alin. (4), art. 262 alin. (1) lit. m) și art. 269 alin. (16) din Legea nr. 169/2026 privind Codul Amenajării Teritoriului, Urbanismului și Construcțiilor</w:t>
      </w: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DC105D" w14:paraId="679DFF3B" w14:textId="77777777" w:rsidTr="003438FD">
        <w:trPr>
          <w:cantSplit/>
          <w:trHeight w:val="510"/>
        </w:trPr>
        <w:tc>
          <w:tcPr>
            <w:tcW w:w="1606" w:type="dxa"/>
            <w:vMerge w:val="restart"/>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3AE7F9F8" w14:textId="77777777" w:rsidR="00DC105D" w:rsidRDefault="00DC105D" w:rsidP="00D145C9">
            <w:pPr>
              <w:keepNext/>
              <w:jc w:val="center"/>
            </w:pPr>
            <w:r>
              <w:rPr>
                <w:noProof/>
              </w:rPr>
              <w:drawing>
                <wp:inline distT="0" distB="0" distL="0" distR="0" wp14:anchorId="7A359479" wp14:editId="748DEC27">
                  <wp:extent cx="885825" cy="895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895350"/>
                          </a:xfrm>
                          <a:prstGeom prst="rect">
                            <a:avLst/>
                          </a:prstGeom>
                          <a:noFill/>
                          <a:ln>
                            <a:noFill/>
                          </a:ln>
                        </pic:spPr>
                      </pic:pic>
                    </a:graphicData>
                  </a:graphic>
                </wp:inline>
              </w:drawing>
            </w:r>
          </w:p>
        </w:tc>
        <w:tc>
          <w:tcPr>
            <w:tcW w:w="8030" w:type="dxa"/>
            <w:gridSpan w:val="3"/>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706D6333" w14:textId="77777777" w:rsidR="00DC105D" w:rsidRDefault="00DC105D" w:rsidP="00D145C9">
            <w:pPr>
              <w:keepNext/>
            </w:pPr>
            <w:r>
              <w:rPr>
                <w:b/>
                <w:color w:val="0D5F78"/>
              </w:rPr>
              <w:t>Județul</w:t>
            </w:r>
          </w:p>
          <w:p w14:paraId="2F83A000" w14:textId="77777777" w:rsidR="00DC105D" w:rsidRDefault="00DC105D" w:rsidP="00D145C9">
            <w:pPr>
              <w:keepNext/>
              <w:rPr>
                <w:sz w:val="18"/>
                <w:szCs w:val="18"/>
                <w:lang w:val="ro-RO"/>
              </w:rPr>
            </w:pPr>
            <w:r>
              <w:rPr>
                <w:sz w:val="18"/>
                <w:szCs w:val="18"/>
              </w:rPr>
              <w:t>BACĂU</w:t>
            </w:r>
          </w:p>
        </w:tc>
      </w:tr>
      <w:tr w:rsidR="00DC105D" w14:paraId="736F5ACA" w14:textId="77777777" w:rsidTr="003438FD">
        <w:trPr>
          <w:cantSplit/>
          <w:trHeight w:val="510"/>
        </w:trPr>
        <w:tc>
          <w:tcPr>
            <w:tcW w:w="9636" w:type="dxa"/>
            <w:vMerge/>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33557578" w14:textId="77777777" w:rsidR="00DC105D" w:rsidRDefault="00DC105D" w:rsidP="00D145C9"/>
        </w:tc>
        <w:tc>
          <w:tcPr>
            <w:tcW w:w="8030" w:type="dxa"/>
            <w:gridSpan w:val="3"/>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708839CF" w14:textId="77777777" w:rsidR="00DC105D" w:rsidRDefault="00DC105D" w:rsidP="00D145C9">
            <w:pPr>
              <w:keepNext/>
            </w:pPr>
            <w:r>
              <w:rPr>
                <w:b/>
                <w:color w:val="0D5F78"/>
              </w:rPr>
              <w:t>Autoritatea administrației publice</w:t>
            </w:r>
          </w:p>
          <w:p w14:paraId="351EA366" w14:textId="77777777" w:rsidR="00DC105D" w:rsidRDefault="00DC105D" w:rsidP="00D145C9">
            <w:pPr>
              <w:keepNext/>
              <w:spacing w:before="40"/>
              <w:rPr>
                <w:sz w:val="18"/>
                <w:szCs w:val="18"/>
              </w:rPr>
            </w:pPr>
            <w:r>
              <w:rPr>
                <w:sz w:val="18"/>
                <w:szCs w:val="18"/>
              </w:rPr>
              <w:t>CONSILIUL JUDEȚEAN BACĂU</w:t>
            </w:r>
          </w:p>
        </w:tc>
      </w:tr>
      <w:tr w:rsidR="00DC105D" w14:paraId="6CF09033" w14:textId="77777777" w:rsidTr="003438FD">
        <w:trPr>
          <w:cantSplit/>
          <w:trHeight w:val="510"/>
        </w:trPr>
        <w:tc>
          <w:tcPr>
            <w:tcW w:w="9636" w:type="dxa"/>
            <w:vMerge/>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11FAF651" w14:textId="77777777" w:rsidR="00DC105D" w:rsidRDefault="00DC105D" w:rsidP="00D145C9"/>
        </w:tc>
        <w:tc>
          <w:tcPr>
            <w:tcW w:w="2409" w:type="dxa"/>
            <w:tcBorders>
              <w:top w:val="single" w:sz="4" w:space="0" w:color="767676"/>
              <w:left w:val="single" w:sz="4" w:space="0" w:color="767676"/>
              <w:bottom w:val="single" w:sz="4" w:space="0" w:color="767676"/>
              <w:right w:val="single" w:sz="4" w:space="0" w:color="767676"/>
            </w:tcBorders>
            <w:shd w:val="clear" w:color="auto" w:fill="F0F0F0"/>
            <w:hideMark/>
          </w:tcPr>
          <w:p w14:paraId="63C82983" w14:textId="77777777" w:rsidR="00DC105D" w:rsidRDefault="00DC105D" w:rsidP="00D145C9">
            <w:pPr>
              <w:keepNext/>
              <w:rPr>
                <w:lang w:val="fr-FR"/>
              </w:rPr>
            </w:pPr>
            <w:r>
              <w:rPr>
                <w:b/>
                <w:color w:val="0D5F78"/>
                <w:lang w:val="fr-FR"/>
              </w:rPr>
              <w:t>Cod de identificare fiscală (CIF)</w:t>
            </w:r>
          </w:p>
          <w:p w14:paraId="10ED6740" w14:textId="77777777" w:rsidR="00DC105D" w:rsidRDefault="00DC105D" w:rsidP="00D145C9">
            <w:pPr>
              <w:keepNext/>
              <w:rPr>
                <w:sz w:val="18"/>
                <w:szCs w:val="18"/>
                <w:lang w:val="fr-FR"/>
              </w:rPr>
            </w:pPr>
            <w:r>
              <w:rPr>
                <w:sz w:val="18"/>
                <w:szCs w:val="18"/>
                <w:lang w:val="fr-FR"/>
              </w:rPr>
              <w:t>5057580</w:t>
            </w:r>
          </w:p>
        </w:tc>
        <w:tc>
          <w:tcPr>
            <w:tcW w:w="5621" w:type="dxa"/>
            <w:gridSpan w:val="2"/>
            <w:tcBorders>
              <w:top w:val="single" w:sz="4" w:space="0" w:color="767676"/>
              <w:left w:val="single" w:sz="4" w:space="0" w:color="767676"/>
              <w:bottom w:val="single" w:sz="4" w:space="0" w:color="767676"/>
              <w:right w:val="single" w:sz="4" w:space="0" w:color="767676"/>
            </w:tcBorders>
            <w:shd w:val="clear" w:color="auto" w:fill="F0F0F0"/>
            <w:hideMark/>
          </w:tcPr>
          <w:p w14:paraId="7E9EC1DC" w14:textId="77777777" w:rsidR="00DC105D" w:rsidRDefault="00DC105D" w:rsidP="00D145C9">
            <w:pPr>
              <w:keepNext/>
            </w:pPr>
            <w:r>
              <w:rPr>
                <w:b/>
                <w:color w:val="0D5F78"/>
              </w:rPr>
              <w:t>Adresa oficială</w:t>
            </w:r>
          </w:p>
          <w:p w14:paraId="2B801D4B" w14:textId="77777777" w:rsidR="00DC105D" w:rsidRDefault="00DC105D" w:rsidP="00D145C9">
            <w:pPr>
              <w:keepNext/>
              <w:rPr>
                <w:sz w:val="18"/>
                <w:szCs w:val="18"/>
              </w:rPr>
            </w:pPr>
            <w:r>
              <w:rPr>
                <w:i/>
                <w:color w:val="000000" w:themeColor="text1"/>
                <w:sz w:val="18"/>
                <w:szCs w:val="18"/>
              </w:rPr>
              <w:t xml:space="preserve">Bacău, Calea Mărășești nr. 2; 0234-537.200, </w:t>
            </w:r>
            <w:hyperlink r:id="rId9" w:history="1">
              <w:r>
                <w:rPr>
                  <w:rStyle w:val="Hyperlink"/>
                  <w:i/>
                  <w:sz w:val="18"/>
                  <w:szCs w:val="18"/>
                </w:rPr>
                <w:t>csjbacau@csjbacau.ro</w:t>
              </w:r>
            </w:hyperlink>
            <w:r>
              <w:rPr>
                <w:i/>
                <w:color w:val="7A7A7A"/>
                <w:sz w:val="18"/>
                <w:szCs w:val="18"/>
              </w:rPr>
              <w:t xml:space="preserve"> </w:t>
            </w:r>
          </w:p>
        </w:tc>
      </w:tr>
      <w:tr w:rsidR="00DC105D" w14:paraId="24E51864" w14:textId="77777777" w:rsidTr="003438FD">
        <w:trPr>
          <w:cantSplit/>
          <w:trHeight w:val="510"/>
        </w:trPr>
        <w:tc>
          <w:tcPr>
            <w:tcW w:w="9636" w:type="dxa"/>
            <w:vMerge/>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63D8D914" w14:textId="77777777" w:rsidR="00DC105D" w:rsidRDefault="00DC105D" w:rsidP="00D145C9"/>
        </w:tc>
        <w:tc>
          <w:tcPr>
            <w:tcW w:w="4818" w:type="dxa"/>
            <w:gridSpan w:val="2"/>
            <w:tcBorders>
              <w:top w:val="single" w:sz="4" w:space="0" w:color="767676"/>
              <w:left w:val="single" w:sz="4" w:space="0" w:color="767676"/>
              <w:bottom w:val="single" w:sz="4" w:space="0" w:color="767676"/>
              <w:right w:val="single" w:sz="4" w:space="0" w:color="767676"/>
            </w:tcBorders>
            <w:shd w:val="clear" w:color="auto" w:fill="F0F0F0"/>
          </w:tcPr>
          <w:p w14:paraId="110CCB7B" w14:textId="77777777" w:rsidR="00DC105D" w:rsidRDefault="00DC105D" w:rsidP="00D145C9">
            <w:pPr>
              <w:keepNext/>
            </w:pPr>
            <w:r>
              <w:rPr>
                <w:b/>
                <w:color w:val="0D5F78"/>
              </w:rPr>
              <w:t>Număr de înregistrare</w:t>
            </w:r>
          </w:p>
          <w:p w14:paraId="32E6E0C9" w14:textId="77777777" w:rsidR="00DC105D" w:rsidRDefault="00DC105D" w:rsidP="00D145C9">
            <w:pPr>
              <w:keepNext/>
            </w:pPr>
          </w:p>
        </w:tc>
        <w:tc>
          <w:tcPr>
            <w:tcW w:w="3212" w:type="dxa"/>
            <w:tcBorders>
              <w:top w:val="single" w:sz="4" w:space="0" w:color="767676"/>
              <w:left w:val="single" w:sz="4" w:space="0" w:color="767676"/>
              <w:bottom w:val="single" w:sz="4" w:space="0" w:color="767676"/>
              <w:right w:val="single" w:sz="4" w:space="0" w:color="767676"/>
            </w:tcBorders>
            <w:shd w:val="clear" w:color="auto" w:fill="F0F0F0"/>
          </w:tcPr>
          <w:p w14:paraId="5E4A5436" w14:textId="77777777" w:rsidR="00DC105D" w:rsidRDefault="00DC105D" w:rsidP="00D145C9">
            <w:pPr>
              <w:keepNext/>
            </w:pPr>
            <w:r>
              <w:rPr>
                <w:b/>
                <w:color w:val="0D5F78"/>
              </w:rPr>
              <w:t>Data</w:t>
            </w:r>
          </w:p>
          <w:p w14:paraId="648D899C" w14:textId="77777777" w:rsidR="00DC105D" w:rsidRDefault="00DC105D" w:rsidP="00D145C9">
            <w:pPr>
              <w:keepNext/>
            </w:pPr>
          </w:p>
        </w:tc>
      </w:tr>
      <w:tr w:rsidR="00DC105D" w14:paraId="1353356F" w14:textId="77777777" w:rsidTr="00D145C9">
        <w:trPr>
          <w:cantSplit/>
        </w:trPr>
        <w:tc>
          <w:tcPr>
            <w:tcW w:w="9636" w:type="dxa"/>
            <w:gridSpan w:val="4"/>
            <w:tcBorders>
              <w:top w:val="single" w:sz="4" w:space="0" w:color="767676"/>
              <w:left w:val="single" w:sz="4" w:space="0" w:color="767676"/>
              <w:bottom w:val="single" w:sz="4" w:space="0" w:color="767676"/>
              <w:right w:val="single" w:sz="4" w:space="0" w:color="767676"/>
            </w:tcBorders>
            <w:shd w:val="clear" w:color="auto" w:fill="F0F0F0"/>
            <w:hideMark/>
          </w:tcPr>
          <w:p w14:paraId="03E56B54" w14:textId="77777777" w:rsidR="00DC105D" w:rsidRDefault="00DC105D" w:rsidP="00D145C9">
            <w:pPr>
              <w:rPr>
                <w:lang w:val="fr-FR"/>
              </w:rPr>
            </w:pPr>
            <w:r>
              <w:rPr>
                <w:i/>
                <w:color w:val="595959"/>
                <w:lang w:val="fr-FR"/>
              </w:rPr>
              <w:t xml:space="preserve"> se completează de autoritate — solicitantul nu scrie în această zonă</w:t>
            </w:r>
          </w:p>
        </w:tc>
      </w:tr>
    </w:tbl>
    <w:p w14:paraId="0921EF5A" w14:textId="77777777" w:rsidR="00D06E85" w:rsidRPr="00B23FEC" w:rsidRDefault="001F6F9D">
      <w:pPr>
        <w:spacing w:before="140" w:after="40"/>
        <w:jc w:val="center"/>
        <w:rPr>
          <w:sz w:val="28"/>
          <w:szCs w:val="28"/>
          <w:lang w:val="fr-FR"/>
        </w:rPr>
      </w:pPr>
      <w:bookmarkStart w:id="0" w:name="_GoBack"/>
      <w:bookmarkEnd w:id="0"/>
      <w:r w:rsidRPr="00B23FEC">
        <w:rPr>
          <w:b/>
          <w:sz w:val="28"/>
          <w:szCs w:val="28"/>
          <w:lang w:val="fr-FR"/>
        </w:rPr>
        <w:t>DECLARAȚIE PE PROPRIA RĂSPUNDERE</w:t>
      </w:r>
    </w:p>
    <w:p w14:paraId="75E7F2D5" w14:textId="77777777" w:rsidR="00D06E85" w:rsidRPr="00F146C8" w:rsidRDefault="001F6F9D">
      <w:pPr>
        <w:spacing w:after="120"/>
        <w:jc w:val="center"/>
        <w:rPr>
          <w:lang w:val="fr-FR"/>
        </w:rPr>
      </w:pPr>
      <w:r w:rsidRPr="00F146C8">
        <w:rPr>
          <w:sz w:val="19"/>
          <w:lang w:val="fr-FR"/>
        </w:rPr>
        <w:t>prin care beneficiarul declară că nu a fost primită solicitarea de clarificare, completare sau modificare, nu a fost eliberat aviz / acord cu sau fără condiții ori nu a fost eliberată adresa de respingere</w:t>
      </w:r>
    </w:p>
    <w:p w14:paraId="5E5BDCD9" w14:textId="77777777" w:rsidR="00D06E85" w:rsidRPr="00F146C8" w:rsidRDefault="00D06E85">
      <w:pPr>
        <w:spacing w:after="60"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D06E85" w14:paraId="44775F42" w14:textId="77777777">
        <w:trPr>
          <w:cantSplit/>
        </w:trPr>
        <w:tc>
          <w:tcPr>
            <w:tcW w:w="9636" w:type="dxa"/>
            <w:gridSpan w:val="8"/>
            <w:shd w:val="clear" w:color="auto" w:fill="F4F4F4"/>
          </w:tcPr>
          <w:p w14:paraId="05345A43" w14:textId="77777777" w:rsidR="00D06E85" w:rsidRDefault="001F6F9D">
            <w:pPr>
              <w:keepNext/>
            </w:pPr>
            <w:r w:rsidRPr="00F146C8">
              <w:rPr>
                <w:b/>
                <w:sz w:val="16"/>
                <w:lang w:val="fr-FR"/>
              </w:rPr>
              <w:t xml:space="preserve"> </w:t>
            </w:r>
            <w:r>
              <w:rPr>
                <w:b/>
                <w:sz w:val="16"/>
              </w:rPr>
              <w:t xml:space="preserve">1. </w:t>
            </w:r>
            <w:r>
              <w:rPr>
                <w:b/>
                <w:color w:val="000000"/>
                <w:sz w:val="18"/>
              </w:rPr>
              <w:t>SOLICITANTUL</w:t>
            </w:r>
          </w:p>
        </w:tc>
      </w:tr>
      <w:tr w:rsidR="00D06E85" w14:paraId="06D2332C" w14:textId="77777777">
        <w:trPr>
          <w:cantSplit/>
          <w:trHeight w:val="510"/>
        </w:trPr>
        <w:tc>
          <w:tcPr>
            <w:tcW w:w="5621" w:type="dxa"/>
            <w:gridSpan w:val="5"/>
          </w:tcPr>
          <w:p w14:paraId="328E332E" w14:textId="77777777" w:rsidR="00D06E85" w:rsidRDefault="001F6F9D">
            <w:pPr>
              <w:keepNext/>
            </w:pPr>
            <w:r>
              <w:rPr>
                <w:b/>
                <w:color w:val="0D5F78"/>
              </w:rPr>
              <w:t>Nume și prenume</w:t>
            </w:r>
          </w:p>
          <w:p w14:paraId="144E3B23" w14:textId="77777777" w:rsidR="00D06E85" w:rsidRDefault="00D06E85">
            <w:pPr>
              <w:keepNext/>
            </w:pPr>
          </w:p>
        </w:tc>
        <w:tc>
          <w:tcPr>
            <w:tcW w:w="4015" w:type="dxa"/>
            <w:gridSpan w:val="3"/>
          </w:tcPr>
          <w:p w14:paraId="183F75E0" w14:textId="77777777" w:rsidR="00D06E85" w:rsidRDefault="001F6F9D">
            <w:pPr>
              <w:keepNext/>
            </w:pPr>
            <w:r>
              <w:rPr>
                <w:b/>
                <w:color w:val="0D5F78"/>
              </w:rPr>
              <w:t>CNP</w:t>
            </w:r>
          </w:p>
          <w:p w14:paraId="5599C2C7" w14:textId="77777777" w:rsidR="00D06E85" w:rsidRDefault="00D06E85">
            <w:pPr>
              <w:keepNext/>
            </w:pPr>
          </w:p>
        </w:tc>
      </w:tr>
      <w:tr w:rsidR="00D06E85" w14:paraId="6835908B" w14:textId="77777777">
        <w:trPr>
          <w:cantSplit/>
        </w:trPr>
        <w:tc>
          <w:tcPr>
            <w:tcW w:w="9636" w:type="dxa"/>
            <w:gridSpan w:val="8"/>
            <w:shd w:val="clear" w:color="auto" w:fill="F4F4F4"/>
          </w:tcPr>
          <w:p w14:paraId="4901E185" w14:textId="77777777" w:rsidR="00D06E85" w:rsidRDefault="001F6F9D">
            <w:pPr>
              <w:keepNext/>
            </w:pPr>
            <w:r>
              <w:rPr>
                <w:sz w:val="16"/>
              </w:rPr>
              <w:t xml:space="preserve"> Act de identitate</w:t>
            </w:r>
          </w:p>
        </w:tc>
      </w:tr>
      <w:tr w:rsidR="00D06E85" w14:paraId="2089818C" w14:textId="77777777">
        <w:trPr>
          <w:cantSplit/>
          <w:trHeight w:val="510"/>
        </w:trPr>
        <w:tc>
          <w:tcPr>
            <w:tcW w:w="1606" w:type="dxa"/>
          </w:tcPr>
          <w:p w14:paraId="69F70D8B" w14:textId="77777777" w:rsidR="00D06E85" w:rsidRDefault="001F6F9D">
            <w:pPr>
              <w:keepNext/>
            </w:pPr>
            <w:r>
              <w:rPr>
                <w:b/>
                <w:color w:val="0D5F78"/>
              </w:rPr>
              <w:t>Seria</w:t>
            </w:r>
          </w:p>
          <w:p w14:paraId="45CF80A9" w14:textId="77777777" w:rsidR="00D06E85" w:rsidRDefault="00D06E85">
            <w:pPr>
              <w:keepNext/>
            </w:pPr>
          </w:p>
        </w:tc>
        <w:tc>
          <w:tcPr>
            <w:tcW w:w="1606" w:type="dxa"/>
          </w:tcPr>
          <w:p w14:paraId="4487B434" w14:textId="77777777" w:rsidR="00D06E85" w:rsidRDefault="001F6F9D">
            <w:pPr>
              <w:keepNext/>
            </w:pPr>
            <w:r>
              <w:rPr>
                <w:b/>
                <w:color w:val="0D5F78"/>
              </w:rPr>
              <w:t>Numărul</w:t>
            </w:r>
          </w:p>
          <w:p w14:paraId="2518FC72" w14:textId="77777777" w:rsidR="00D06E85" w:rsidRDefault="00D06E85">
            <w:pPr>
              <w:keepNext/>
            </w:pPr>
          </w:p>
        </w:tc>
        <w:tc>
          <w:tcPr>
            <w:tcW w:w="4818" w:type="dxa"/>
            <w:gridSpan w:val="5"/>
          </w:tcPr>
          <w:p w14:paraId="4A9954D1" w14:textId="77777777" w:rsidR="00D06E85" w:rsidRDefault="001F6F9D">
            <w:pPr>
              <w:keepNext/>
            </w:pPr>
            <w:r>
              <w:rPr>
                <w:b/>
                <w:color w:val="0D5F78"/>
              </w:rPr>
              <w:t>Eliberat de</w:t>
            </w:r>
          </w:p>
          <w:p w14:paraId="7757A0A0" w14:textId="77777777" w:rsidR="00D06E85" w:rsidRDefault="00D06E85">
            <w:pPr>
              <w:keepNext/>
            </w:pPr>
          </w:p>
        </w:tc>
        <w:tc>
          <w:tcPr>
            <w:tcW w:w="1606" w:type="dxa"/>
          </w:tcPr>
          <w:p w14:paraId="77BA1DFF" w14:textId="77777777" w:rsidR="00D06E85" w:rsidRDefault="001F6F9D">
            <w:pPr>
              <w:keepNext/>
            </w:pPr>
            <w:r>
              <w:rPr>
                <w:b/>
                <w:color w:val="0D5F78"/>
              </w:rPr>
              <w:t>La data</w:t>
            </w:r>
          </w:p>
          <w:p w14:paraId="3A1DB3DA" w14:textId="77777777" w:rsidR="00D06E85" w:rsidRDefault="00D06E85">
            <w:pPr>
              <w:keepNext/>
            </w:pPr>
          </w:p>
        </w:tc>
      </w:tr>
      <w:tr w:rsidR="00D06E85" w14:paraId="476B3C3F" w14:textId="77777777">
        <w:trPr>
          <w:cantSplit/>
        </w:trPr>
        <w:tc>
          <w:tcPr>
            <w:tcW w:w="9636" w:type="dxa"/>
            <w:gridSpan w:val="8"/>
            <w:shd w:val="clear" w:color="auto" w:fill="F4F4F4"/>
          </w:tcPr>
          <w:p w14:paraId="563B990C" w14:textId="77777777" w:rsidR="00D06E85" w:rsidRDefault="001F6F9D">
            <w:pPr>
              <w:keepNext/>
            </w:pPr>
            <w:r>
              <w:rPr>
                <w:sz w:val="16"/>
              </w:rPr>
              <w:t xml:space="preserve"> Domiciliul</w:t>
            </w:r>
          </w:p>
        </w:tc>
      </w:tr>
      <w:tr w:rsidR="00D06E85" w14:paraId="32FD11E2" w14:textId="77777777">
        <w:trPr>
          <w:cantSplit/>
          <w:trHeight w:val="510"/>
        </w:trPr>
        <w:tc>
          <w:tcPr>
            <w:tcW w:w="3212" w:type="dxa"/>
            <w:gridSpan w:val="2"/>
          </w:tcPr>
          <w:p w14:paraId="77F32363" w14:textId="77777777" w:rsidR="00D06E85" w:rsidRDefault="001F6F9D">
            <w:pPr>
              <w:keepNext/>
            </w:pPr>
            <w:r>
              <w:rPr>
                <w:b/>
                <w:color w:val="0D5F78"/>
              </w:rPr>
              <w:t>Județul</w:t>
            </w:r>
          </w:p>
          <w:p w14:paraId="45A17963" w14:textId="77777777" w:rsidR="00D06E85" w:rsidRDefault="00D06E85">
            <w:pPr>
              <w:keepNext/>
            </w:pPr>
          </w:p>
        </w:tc>
        <w:tc>
          <w:tcPr>
            <w:tcW w:w="3212" w:type="dxa"/>
            <w:gridSpan w:val="4"/>
          </w:tcPr>
          <w:p w14:paraId="5EBA9E82" w14:textId="77777777" w:rsidR="00D06E85" w:rsidRDefault="001F6F9D">
            <w:pPr>
              <w:keepNext/>
            </w:pPr>
            <w:r>
              <w:rPr>
                <w:b/>
                <w:color w:val="0D5F78"/>
              </w:rPr>
              <w:t>Municipiul / orașul / comuna</w:t>
            </w:r>
          </w:p>
          <w:p w14:paraId="385FCF5F" w14:textId="77777777" w:rsidR="00D06E85" w:rsidRDefault="00D06E85">
            <w:pPr>
              <w:keepNext/>
            </w:pPr>
          </w:p>
        </w:tc>
        <w:tc>
          <w:tcPr>
            <w:tcW w:w="3212" w:type="dxa"/>
            <w:gridSpan w:val="2"/>
          </w:tcPr>
          <w:p w14:paraId="4EA349CD" w14:textId="77777777" w:rsidR="00D06E85" w:rsidRDefault="001F6F9D">
            <w:pPr>
              <w:keepNext/>
            </w:pPr>
            <w:r>
              <w:rPr>
                <w:b/>
                <w:color w:val="0D5F78"/>
              </w:rPr>
              <w:t>Satul / sectorul</w:t>
            </w:r>
          </w:p>
          <w:p w14:paraId="69531297" w14:textId="77777777" w:rsidR="00D06E85" w:rsidRDefault="00D06E85">
            <w:pPr>
              <w:keepNext/>
            </w:pPr>
          </w:p>
        </w:tc>
      </w:tr>
      <w:tr w:rsidR="00D06E85" w14:paraId="40AD136B" w14:textId="77777777">
        <w:trPr>
          <w:cantSplit/>
          <w:trHeight w:val="510"/>
        </w:trPr>
        <w:tc>
          <w:tcPr>
            <w:tcW w:w="3212" w:type="dxa"/>
            <w:gridSpan w:val="2"/>
          </w:tcPr>
          <w:p w14:paraId="31A3DB93" w14:textId="77777777" w:rsidR="00D06E85" w:rsidRDefault="001F6F9D">
            <w:pPr>
              <w:keepNext/>
            </w:pPr>
            <w:r>
              <w:rPr>
                <w:b/>
                <w:color w:val="0D5F78"/>
              </w:rPr>
              <w:t>Strada</w:t>
            </w:r>
          </w:p>
          <w:p w14:paraId="762B7363" w14:textId="77777777" w:rsidR="00D06E85" w:rsidRDefault="00D06E85">
            <w:pPr>
              <w:keepNext/>
            </w:pPr>
          </w:p>
        </w:tc>
        <w:tc>
          <w:tcPr>
            <w:tcW w:w="803" w:type="dxa"/>
          </w:tcPr>
          <w:p w14:paraId="7BF686C3" w14:textId="77777777" w:rsidR="00D06E85" w:rsidRDefault="001F6F9D">
            <w:pPr>
              <w:keepNext/>
            </w:pPr>
            <w:r>
              <w:rPr>
                <w:b/>
                <w:color w:val="0D5F78"/>
              </w:rPr>
              <w:t>Nr.</w:t>
            </w:r>
          </w:p>
          <w:p w14:paraId="3B9CD2F6" w14:textId="77777777" w:rsidR="00D06E85" w:rsidRDefault="00D06E85">
            <w:pPr>
              <w:keepNext/>
            </w:pPr>
          </w:p>
        </w:tc>
        <w:tc>
          <w:tcPr>
            <w:tcW w:w="803" w:type="dxa"/>
          </w:tcPr>
          <w:p w14:paraId="0A560568" w14:textId="77777777" w:rsidR="00D06E85" w:rsidRDefault="001F6F9D">
            <w:pPr>
              <w:keepNext/>
            </w:pPr>
            <w:r>
              <w:rPr>
                <w:b/>
                <w:color w:val="0D5F78"/>
              </w:rPr>
              <w:t>Sc.</w:t>
            </w:r>
          </w:p>
          <w:p w14:paraId="211A18B0" w14:textId="77777777" w:rsidR="00D06E85" w:rsidRDefault="00D06E85">
            <w:pPr>
              <w:keepNext/>
            </w:pPr>
          </w:p>
        </w:tc>
        <w:tc>
          <w:tcPr>
            <w:tcW w:w="803" w:type="dxa"/>
          </w:tcPr>
          <w:p w14:paraId="0131CA5E" w14:textId="77777777" w:rsidR="00D06E85" w:rsidRDefault="001F6F9D">
            <w:pPr>
              <w:keepNext/>
            </w:pPr>
            <w:r>
              <w:rPr>
                <w:b/>
                <w:color w:val="0D5F78"/>
              </w:rPr>
              <w:t>Et.</w:t>
            </w:r>
          </w:p>
          <w:p w14:paraId="6E2D34FD" w14:textId="77777777" w:rsidR="00D06E85" w:rsidRDefault="00D06E85">
            <w:pPr>
              <w:keepNext/>
            </w:pPr>
          </w:p>
        </w:tc>
        <w:tc>
          <w:tcPr>
            <w:tcW w:w="803" w:type="dxa"/>
          </w:tcPr>
          <w:p w14:paraId="5756BAA2" w14:textId="77777777" w:rsidR="00D06E85" w:rsidRDefault="001F6F9D">
            <w:pPr>
              <w:keepNext/>
            </w:pPr>
            <w:r>
              <w:rPr>
                <w:b/>
                <w:color w:val="0D5F78"/>
              </w:rPr>
              <w:t>Ap.</w:t>
            </w:r>
          </w:p>
          <w:p w14:paraId="3542AD72" w14:textId="77777777" w:rsidR="00D06E85" w:rsidRDefault="00D06E85">
            <w:pPr>
              <w:keepNext/>
            </w:pPr>
          </w:p>
        </w:tc>
        <w:tc>
          <w:tcPr>
            <w:tcW w:w="1606" w:type="dxa"/>
          </w:tcPr>
          <w:p w14:paraId="5A04CB06" w14:textId="77777777" w:rsidR="00D06E85" w:rsidRDefault="001F6F9D">
            <w:pPr>
              <w:keepNext/>
            </w:pPr>
            <w:r>
              <w:rPr>
                <w:b/>
                <w:color w:val="0D5F78"/>
              </w:rPr>
              <w:t>Cod poștal</w:t>
            </w:r>
          </w:p>
          <w:p w14:paraId="04ED9281" w14:textId="77777777" w:rsidR="00D06E85" w:rsidRDefault="00D06E85">
            <w:pPr>
              <w:keepNext/>
            </w:pPr>
          </w:p>
        </w:tc>
        <w:tc>
          <w:tcPr>
            <w:tcW w:w="1606" w:type="dxa"/>
          </w:tcPr>
          <w:p w14:paraId="291A12DE" w14:textId="77777777" w:rsidR="00D06E85" w:rsidRDefault="001F6F9D">
            <w:pPr>
              <w:keepNext/>
            </w:pPr>
            <w:r>
              <w:rPr>
                <w:b/>
                <w:color w:val="0D5F78"/>
              </w:rPr>
              <w:t>Țara</w:t>
            </w:r>
          </w:p>
          <w:p w14:paraId="6852845F" w14:textId="77777777" w:rsidR="00D06E85" w:rsidRDefault="00D06E85">
            <w:pPr>
              <w:keepNext/>
            </w:pPr>
          </w:p>
        </w:tc>
      </w:tr>
      <w:tr w:rsidR="00D06E85" w14:paraId="78C42C4E" w14:textId="77777777">
        <w:trPr>
          <w:cantSplit/>
        </w:trPr>
        <w:tc>
          <w:tcPr>
            <w:tcW w:w="9636" w:type="dxa"/>
            <w:gridSpan w:val="8"/>
            <w:shd w:val="clear" w:color="auto" w:fill="F4F4F4"/>
          </w:tcPr>
          <w:p w14:paraId="4ACEC0B8" w14:textId="77777777" w:rsidR="00D06E85" w:rsidRDefault="001F6F9D">
            <w:pPr>
              <w:keepNext/>
            </w:pPr>
            <w:r>
              <w:rPr>
                <w:sz w:val="16"/>
              </w:rPr>
              <w:t xml:space="preserve"> Date de contact</w:t>
            </w:r>
          </w:p>
        </w:tc>
      </w:tr>
      <w:tr w:rsidR="00D06E85" w14:paraId="2308D8C4" w14:textId="77777777">
        <w:trPr>
          <w:cantSplit/>
          <w:trHeight w:val="510"/>
        </w:trPr>
        <w:tc>
          <w:tcPr>
            <w:tcW w:w="4015" w:type="dxa"/>
            <w:gridSpan w:val="3"/>
          </w:tcPr>
          <w:p w14:paraId="18E4A7E5" w14:textId="77777777" w:rsidR="00D06E85" w:rsidRDefault="001F6F9D">
            <w:pPr>
              <w:keepNext/>
            </w:pPr>
            <w:r>
              <w:rPr>
                <w:b/>
                <w:color w:val="0D5F78"/>
              </w:rPr>
              <w:t>Telefon / fax</w:t>
            </w:r>
          </w:p>
          <w:p w14:paraId="1709C3E7" w14:textId="77777777" w:rsidR="00D06E85" w:rsidRDefault="00D06E85">
            <w:pPr>
              <w:keepNext/>
            </w:pPr>
          </w:p>
        </w:tc>
        <w:tc>
          <w:tcPr>
            <w:tcW w:w="5621" w:type="dxa"/>
            <w:gridSpan w:val="5"/>
          </w:tcPr>
          <w:p w14:paraId="6CAD21DF" w14:textId="77777777" w:rsidR="00D06E85" w:rsidRDefault="001F6F9D">
            <w:pPr>
              <w:keepNext/>
            </w:pPr>
            <w:r>
              <w:rPr>
                <w:b/>
                <w:color w:val="0D5F78"/>
              </w:rPr>
              <w:t>E-mail</w:t>
            </w:r>
          </w:p>
          <w:p w14:paraId="48F9679D" w14:textId="77777777" w:rsidR="00D06E85" w:rsidRDefault="00D06E85">
            <w:pPr>
              <w:keepNext/>
            </w:pPr>
          </w:p>
        </w:tc>
      </w:tr>
      <w:tr w:rsidR="00D06E85" w14:paraId="69B024F1" w14:textId="77777777">
        <w:trPr>
          <w:cantSplit/>
        </w:trPr>
        <w:tc>
          <w:tcPr>
            <w:tcW w:w="9636" w:type="dxa"/>
            <w:gridSpan w:val="8"/>
            <w:shd w:val="clear" w:color="auto" w:fill="F4F4F4"/>
          </w:tcPr>
          <w:p w14:paraId="25708BCE" w14:textId="77777777" w:rsidR="00D06E85" w:rsidRDefault="001F6F9D">
            <w:pPr>
              <w:keepNext/>
            </w:pPr>
            <w:r>
              <w:rPr>
                <w:sz w:val="16"/>
              </w:rPr>
              <w:t xml:space="preserve"> Reprezentare</w:t>
            </w:r>
          </w:p>
        </w:tc>
      </w:tr>
      <w:tr w:rsidR="00D06E85" w14:paraId="2F1B358E" w14:textId="77777777">
        <w:trPr>
          <w:cantSplit/>
          <w:trHeight w:val="510"/>
        </w:trPr>
        <w:tc>
          <w:tcPr>
            <w:tcW w:w="6424" w:type="dxa"/>
            <w:gridSpan w:val="6"/>
          </w:tcPr>
          <w:p w14:paraId="258619DA" w14:textId="77777777" w:rsidR="00D06E85" w:rsidRDefault="001F6F9D">
            <w:r>
              <w:rPr>
                <w:b/>
                <w:color w:val="0D5F78"/>
              </w:rPr>
              <w:t>În calitate de reprezentant al</w:t>
            </w:r>
          </w:p>
          <w:p w14:paraId="249A940B" w14:textId="77777777" w:rsidR="00D06E85" w:rsidRDefault="00D06E85"/>
        </w:tc>
        <w:tc>
          <w:tcPr>
            <w:tcW w:w="3212" w:type="dxa"/>
            <w:gridSpan w:val="2"/>
          </w:tcPr>
          <w:p w14:paraId="592E2749" w14:textId="77777777" w:rsidR="00D06E85" w:rsidRDefault="001F6F9D">
            <w:r>
              <w:rPr>
                <w:b/>
                <w:color w:val="0D5F78"/>
              </w:rPr>
              <w:t>CUI / CIF</w:t>
            </w:r>
          </w:p>
          <w:p w14:paraId="5AA60BB0" w14:textId="77777777" w:rsidR="00D06E85" w:rsidRDefault="00D06E85"/>
        </w:tc>
      </w:tr>
    </w:tbl>
    <w:p w14:paraId="41E26187" w14:textId="77777777" w:rsidR="00D06E85" w:rsidRDefault="00D06E8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D06E85" w14:paraId="184456C5" w14:textId="77777777">
        <w:trPr>
          <w:cantSplit/>
        </w:trPr>
        <w:tc>
          <w:tcPr>
            <w:tcW w:w="9636" w:type="dxa"/>
            <w:gridSpan w:val="7"/>
            <w:shd w:val="clear" w:color="auto" w:fill="F4F4F4"/>
          </w:tcPr>
          <w:p w14:paraId="24C442D3" w14:textId="77777777" w:rsidR="00D06E85" w:rsidRDefault="001F6F9D">
            <w:pPr>
              <w:keepNext/>
            </w:pPr>
            <w:r>
              <w:rPr>
                <w:b/>
                <w:sz w:val="16"/>
              </w:rPr>
              <w:t xml:space="preserve"> 2. </w:t>
            </w:r>
            <w:r>
              <w:rPr>
                <w:b/>
                <w:color w:val="000000"/>
                <w:sz w:val="18"/>
              </w:rPr>
              <w:t>BENEFICIAR AL</w:t>
            </w:r>
          </w:p>
        </w:tc>
      </w:tr>
      <w:tr w:rsidR="00D06E85" w:rsidRPr="00B23FEC" w14:paraId="4A83FD0A" w14:textId="77777777">
        <w:trPr>
          <w:cantSplit/>
        </w:trPr>
        <w:tc>
          <w:tcPr>
            <w:tcW w:w="9636" w:type="dxa"/>
            <w:gridSpan w:val="7"/>
          </w:tcPr>
          <w:p w14:paraId="10C18D4D" w14:textId="77777777" w:rsidR="00D06E85" w:rsidRDefault="001F6F9D">
            <w:pPr>
              <w:keepNext/>
              <w:rPr>
                <w:sz w:val="16"/>
                <w:lang w:val="fr-FR"/>
              </w:rPr>
            </w:pPr>
            <w:r w:rsidRPr="00F146C8">
              <w:rPr>
                <w:sz w:val="16"/>
                <w:lang w:val="fr-FR"/>
              </w:rPr>
              <w:t>☐ Documentației de amenajare a teritoriului / documentației de urbanism, pentru care se solicită analizarea și promovarea spre aprobare, având denumirea:</w:t>
            </w:r>
          </w:p>
          <w:p w14:paraId="449F8BE8" w14:textId="73254249" w:rsidR="00B23FEC" w:rsidRPr="00F146C8" w:rsidRDefault="00B23FEC">
            <w:pPr>
              <w:keepNext/>
              <w:rPr>
                <w:lang w:val="fr-FR"/>
              </w:rPr>
            </w:pPr>
            <w:r>
              <w:rPr>
                <w:sz w:val="16"/>
                <w:lang w:val="fr-FR"/>
              </w:rPr>
              <w:t>……………………………………………………………………………………………………………………………………………………….</w:t>
            </w:r>
          </w:p>
          <w:p w14:paraId="6C566C41" w14:textId="77777777" w:rsidR="00D06E85" w:rsidRPr="00F146C8" w:rsidRDefault="001F6F9D">
            <w:pPr>
              <w:keepNext/>
              <w:rPr>
                <w:lang w:val="fr-FR"/>
              </w:rPr>
            </w:pPr>
            <w:r w:rsidRPr="00F146C8">
              <w:rPr>
                <w:sz w:val="16"/>
                <w:lang w:val="fr-FR"/>
              </w:rPr>
              <w:t>☐ Investiției, pentru care se solicită emiterea autorizației de construire / desființare / organizare de șantier</w:t>
            </w:r>
          </w:p>
        </w:tc>
      </w:tr>
      <w:tr w:rsidR="00D06E85" w:rsidRPr="00B23FEC" w14:paraId="038DB130" w14:textId="77777777">
        <w:trPr>
          <w:cantSplit/>
        </w:trPr>
        <w:tc>
          <w:tcPr>
            <w:tcW w:w="9636" w:type="dxa"/>
            <w:gridSpan w:val="7"/>
          </w:tcPr>
          <w:p w14:paraId="448F3330" w14:textId="77777777" w:rsidR="00D06E85" w:rsidRPr="00F146C8" w:rsidRDefault="00D06E85">
            <w:pPr>
              <w:keepNext/>
              <w:pBdr>
                <w:bottom w:val="dotted" w:sz="6" w:space="0" w:color="999999"/>
              </w:pBdr>
              <w:spacing w:after="80"/>
              <w:rPr>
                <w:lang w:val="fr-FR"/>
              </w:rPr>
            </w:pPr>
          </w:p>
          <w:p w14:paraId="44AB8803" w14:textId="77777777" w:rsidR="00D06E85" w:rsidRPr="00F146C8" w:rsidRDefault="00D06E85">
            <w:pPr>
              <w:keepNext/>
              <w:pBdr>
                <w:bottom w:val="dotted" w:sz="6" w:space="0" w:color="999999"/>
              </w:pBdr>
              <w:spacing w:after="80"/>
              <w:rPr>
                <w:lang w:val="fr-FR"/>
              </w:rPr>
            </w:pPr>
          </w:p>
        </w:tc>
      </w:tr>
      <w:tr w:rsidR="00D06E85" w14:paraId="51F68824" w14:textId="77777777">
        <w:trPr>
          <w:cantSplit/>
          <w:trHeight w:val="510"/>
        </w:trPr>
        <w:tc>
          <w:tcPr>
            <w:tcW w:w="3212" w:type="dxa"/>
          </w:tcPr>
          <w:p w14:paraId="6DD32699" w14:textId="77777777" w:rsidR="00D06E85" w:rsidRPr="00F146C8" w:rsidRDefault="001F6F9D">
            <w:pPr>
              <w:keepNext/>
              <w:rPr>
                <w:lang w:val="fr-FR"/>
              </w:rPr>
            </w:pPr>
            <w:r w:rsidRPr="00F146C8">
              <w:rPr>
                <w:b/>
                <w:color w:val="0D5F78"/>
                <w:lang w:val="fr-FR"/>
              </w:rPr>
              <w:t>în baza Certificatului de urbanism nr.</w:t>
            </w:r>
          </w:p>
          <w:p w14:paraId="587CA335" w14:textId="77777777" w:rsidR="00D06E85" w:rsidRPr="00F146C8" w:rsidRDefault="00D06E85">
            <w:pPr>
              <w:keepNext/>
              <w:rPr>
                <w:lang w:val="fr-FR"/>
              </w:rPr>
            </w:pPr>
          </w:p>
        </w:tc>
        <w:tc>
          <w:tcPr>
            <w:tcW w:w="2409" w:type="dxa"/>
            <w:gridSpan w:val="3"/>
          </w:tcPr>
          <w:p w14:paraId="408E0A2F" w14:textId="77777777" w:rsidR="00D06E85" w:rsidRDefault="001F6F9D">
            <w:pPr>
              <w:keepNext/>
            </w:pPr>
            <w:r>
              <w:rPr>
                <w:b/>
                <w:color w:val="0D5F78"/>
              </w:rPr>
              <w:t>din data de</w:t>
            </w:r>
          </w:p>
          <w:p w14:paraId="2429966D" w14:textId="77777777" w:rsidR="00D06E85" w:rsidRDefault="00D06E85">
            <w:pPr>
              <w:keepNext/>
            </w:pPr>
          </w:p>
        </w:tc>
        <w:tc>
          <w:tcPr>
            <w:tcW w:w="4015" w:type="dxa"/>
            <w:gridSpan w:val="3"/>
          </w:tcPr>
          <w:p w14:paraId="6A7C95E8" w14:textId="77777777" w:rsidR="00D06E85" w:rsidRDefault="001F6F9D">
            <w:pPr>
              <w:keepNext/>
            </w:pPr>
            <w:r>
              <w:rPr>
                <w:b/>
                <w:color w:val="0D5F78"/>
              </w:rPr>
              <w:t>emis de</w:t>
            </w:r>
          </w:p>
          <w:p w14:paraId="488FDBF8" w14:textId="77777777" w:rsidR="00D06E85" w:rsidRDefault="00D06E85">
            <w:pPr>
              <w:keepNext/>
            </w:pPr>
          </w:p>
        </w:tc>
      </w:tr>
      <w:tr w:rsidR="00D06E85" w14:paraId="14BF2781" w14:textId="77777777">
        <w:trPr>
          <w:cantSplit/>
        </w:trPr>
        <w:tc>
          <w:tcPr>
            <w:tcW w:w="9636" w:type="dxa"/>
            <w:gridSpan w:val="7"/>
            <w:shd w:val="clear" w:color="auto" w:fill="F4F4F4"/>
          </w:tcPr>
          <w:p w14:paraId="42AA27A1" w14:textId="77777777" w:rsidR="00D06E85" w:rsidRDefault="001F6F9D">
            <w:pPr>
              <w:keepNext/>
            </w:pPr>
            <w:r>
              <w:rPr>
                <w:sz w:val="16"/>
              </w:rPr>
              <w:t xml:space="preserve"> având ca amplasament imobilul (teren și/sau construcții), situat în:</w:t>
            </w:r>
          </w:p>
        </w:tc>
      </w:tr>
      <w:tr w:rsidR="00D06E85" w14:paraId="28EC9FF0" w14:textId="77777777">
        <w:trPr>
          <w:cantSplit/>
          <w:trHeight w:val="510"/>
        </w:trPr>
        <w:tc>
          <w:tcPr>
            <w:tcW w:w="3212" w:type="dxa"/>
          </w:tcPr>
          <w:p w14:paraId="045B3571" w14:textId="77777777" w:rsidR="00D06E85" w:rsidRDefault="001F6F9D">
            <w:pPr>
              <w:keepNext/>
            </w:pPr>
            <w:r>
              <w:rPr>
                <w:b/>
                <w:color w:val="0D5F78"/>
              </w:rPr>
              <w:t>Județul</w:t>
            </w:r>
          </w:p>
          <w:p w14:paraId="3A1DDEA8" w14:textId="77777777" w:rsidR="00D06E85" w:rsidRDefault="00D06E85">
            <w:pPr>
              <w:keepNext/>
            </w:pPr>
          </w:p>
        </w:tc>
        <w:tc>
          <w:tcPr>
            <w:tcW w:w="3212" w:type="dxa"/>
            <w:gridSpan w:val="4"/>
          </w:tcPr>
          <w:p w14:paraId="26F3AC1F" w14:textId="77777777" w:rsidR="00D06E85" w:rsidRDefault="001F6F9D">
            <w:pPr>
              <w:keepNext/>
            </w:pPr>
            <w:r>
              <w:rPr>
                <w:b/>
                <w:color w:val="0D5F78"/>
              </w:rPr>
              <w:t>Municipiul / orașul / comuna</w:t>
            </w:r>
          </w:p>
          <w:p w14:paraId="6D1EF9F9" w14:textId="77777777" w:rsidR="00D06E85" w:rsidRDefault="00D06E85">
            <w:pPr>
              <w:keepNext/>
            </w:pPr>
          </w:p>
        </w:tc>
        <w:tc>
          <w:tcPr>
            <w:tcW w:w="3212" w:type="dxa"/>
            <w:gridSpan w:val="2"/>
          </w:tcPr>
          <w:p w14:paraId="5868C80E" w14:textId="77777777" w:rsidR="00D06E85" w:rsidRDefault="001F6F9D">
            <w:pPr>
              <w:keepNext/>
            </w:pPr>
            <w:r>
              <w:rPr>
                <w:b/>
                <w:color w:val="0D5F78"/>
              </w:rPr>
              <w:t>Satul / sectorul</w:t>
            </w:r>
          </w:p>
          <w:p w14:paraId="46CFB201" w14:textId="77777777" w:rsidR="00D06E85" w:rsidRDefault="00D06E85">
            <w:pPr>
              <w:keepNext/>
            </w:pPr>
          </w:p>
        </w:tc>
      </w:tr>
      <w:tr w:rsidR="00D06E85" w14:paraId="4F5E562B" w14:textId="77777777">
        <w:trPr>
          <w:cantSplit/>
          <w:trHeight w:val="510"/>
        </w:trPr>
        <w:tc>
          <w:tcPr>
            <w:tcW w:w="3212" w:type="dxa"/>
          </w:tcPr>
          <w:p w14:paraId="18C09048" w14:textId="77777777" w:rsidR="00D06E85" w:rsidRDefault="001F6F9D">
            <w:pPr>
              <w:keepNext/>
            </w:pPr>
            <w:r>
              <w:rPr>
                <w:b/>
                <w:color w:val="0D5F78"/>
              </w:rPr>
              <w:t>Strada</w:t>
            </w:r>
          </w:p>
          <w:p w14:paraId="2E6BE8AF" w14:textId="77777777" w:rsidR="00D06E85" w:rsidRDefault="00D06E85">
            <w:pPr>
              <w:keepNext/>
            </w:pPr>
          </w:p>
        </w:tc>
        <w:tc>
          <w:tcPr>
            <w:tcW w:w="803" w:type="dxa"/>
          </w:tcPr>
          <w:p w14:paraId="7CCA42D5" w14:textId="77777777" w:rsidR="00D06E85" w:rsidRDefault="001F6F9D">
            <w:pPr>
              <w:keepNext/>
            </w:pPr>
            <w:r>
              <w:rPr>
                <w:b/>
                <w:color w:val="0D5F78"/>
              </w:rPr>
              <w:t>Nr.</w:t>
            </w:r>
          </w:p>
          <w:p w14:paraId="7672ED98" w14:textId="77777777" w:rsidR="00D06E85" w:rsidRDefault="00D06E85">
            <w:pPr>
              <w:keepNext/>
            </w:pPr>
          </w:p>
        </w:tc>
        <w:tc>
          <w:tcPr>
            <w:tcW w:w="803" w:type="dxa"/>
          </w:tcPr>
          <w:p w14:paraId="3211E91D" w14:textId="77777777" w:rsidR="00D06E85" w:rsidRDefault="001F6F9D">
            <w:pPr>
              <w:keepNext/>
            </w:pPr>
            <w:r>
              <w:rPr>
                <w:b/>
                <w:color w:val="0D5F78"/>
              </w:rPr>
              <w:t>Sc.</w:t>
            </w:r>
          </w:p>
          <w:p w14:paraId="7428D1FA" w14:textId="77777777" w:rsidR="00D06E85" w:rsidRDefault="00D06E85">
            <w:pPr>
              <w:keepNext/>
            </w:pPr>
          </w:p>
        </w:tc>
        <w:tc>
          <w:tcPr>
            <w:tcW w:w="803" w:type="dxa"/>
          </w:tcPr>
          <w:p w14:paraId="5D0C58DB" w14:textId="77777777" w:rsidR="00D06E85" w:rsidRDefault="001F6F9D">
            <w:pPr>
              <w:keepNext/>
            </w:pPr>
            <w:r>
              <w:rPr>
                <w:b/>
                <w:color w:val="0D5F78"/>
              </w:rPr>
              <w:t>Et.</w:t>
            </w:r>
          </w:p>
          <w:p w14:paraId="3DB9BF45" w14:textId="77777777" w:rsidR="00D06E85" w:rsidRDefault="00D06E85">
            <w:pPr>
              <w:keepNext/>
            </w:pPr>
          </w:p>
        </w:tc>
        <w:tc>
          <w:tcPr>
            <w:tcW w:w="803" w:type="dxa"/>
          </w:tcPr>
          <w:p w14:paraId="19EBA19F" w14:textId="77777777" w:rsidR="00D06E85" w:rsidRDefault="001F6F9D">
            <w:pPr>
              <w:keepNext/>
            </w:pPr>
            <w:r>
              <w:rPr>
                <w:b/>
                <w:color w:val="0D5F78"/>
              </w:rPr>
              <w:t>Ap.</w:t>
            </w:r>
          </w:p>
          <w:p w14:paraId="7FA40548" w14:textId="77777777" w:rsidR="00D06E85" w:rsidRDefault="00D06E85">
            <w:pPr>
              <w:keepNext/>
            </w:pPr>
          </w:p>
        </w:tc>
        <w:tc>
          <w:tcPr>
            <w:tcW w:w="1606" w:type="dxa"/>
          </w:tcPr>
          <w:p w14:paraId="526BA805" w14:textId="77777777" w:rsidR="00D06E85" w:rsidRDefault="001F6F9D">
            <w:pPr>
              <w:keepNext/>
            </w:pPr>
            <w:r>
              <w:rPr>
                <w:b/>
                <w:color w:val="0D5F78"/>
              </w:rPr>
              <w:t>Cod poștal</w:t>
            </w:r>
          </w:p>
          <w:p w14:paraId="0719B43E" w14:textId="77777777" w:rsidR="00D06E85" w:rsidRDefault="00D06E85">
            <w:pPr>
              <w:keepNext/>
            </w:pPr>
          </w:p>
        </w:tc>
        <w:tc>
          <w:tcPr>
            <w:tcW w:w="1606" w:type="dxa"/>
          </w:tcPr>
          <w:p w14:paraId="00245BA2" w14:textId="77777777" w:rsidR="00D06E85" w:rsidRDefault="001F6F9D">
            <w:pPr>
              <w:keepNext/>
            </w:pPr>
            <w:r>
              <w:rPr>
                <w:b/>
                <w:color w:val="0D5F78"/>
              </w:rPr>
              <w:t>Țara</w:t>
            </w:r>
          </w:p>
          <w:p w14:paraId="0DDC16AB" w14:textId="77777777" w:rsidR="00D06E85" w:rsidRDefault="00D06E85">
            <w:pPr>
              <w:keepNext/>
            </w:pPr>
          </w:p>
        </w:tc>
      </w:tr>
      <w:tr w:rsidR="00D06E85" w14:paraId="710B7BC2" w14:textId="77777777">
        <w:trPr>
          <w:cantSplit/>
          <w:trHeight w:val="510"/>
        </w:trPr>
        <w:tc>
          <w:tcPr>
            <w:tcW w:w="4818" w:type="dxa"/>
            <w:gridSpan w:val="3"/>
          </w:tcPr>
          <w:p w14:paraId="711C92BB" w14:textId="77777777" w:rsidR="00D06E85" w:rsidRDefault="001F6F9D">
            <w:r>
              <w:rPr>
                <w:b/>
                <w:color w:val="0D5F78"/>
              </w:rPr>
              <w:t>Cartea funciară nr.</w:t>
            </w:r>
          </w:p>
          <w:p w14:paraId="7035FD8D" w14:textId="77777777" w:rsidR="00D06E85" w:rsidRDefault="00D06E85"/>
        </w:tc>
        <w:tc>
          <w:tcPr>
            <w:tcW w:w="4818" w:type="dxa"/>
            <w:gridSpan w:val="4"/>
          </w:tcPr>
          <w:p w14:paraId="624D0088" w14:textId="77777777" w:rsidR="00D06E85" w:rsidRDefault="001F6F9D">
            <w:r>
              <w:rPr>
                <w:b/>
                <w:color w:val="0D5F78"/>
              </w:rPr>
              <w:t>Nr. cadastral</w:t>
            </w:r>
          </w:p>
          <w:p w14:paraId="3F1A5A6A" w14:textId="77777777" w:rsidR="00D06E85" w:rsidRDefault="00D06E85"/>
        </w:tc>
      </w:tr>
    </w:tbl>
    <w:p w14:paraId="6097A6DA" w14:textId="77777777" w:rsidR="00D06E85" w:rsidRDefault="00D06E85">
      <w:pPr>
        <w:spacing w:line="168" w:lineRule="auto"/>
      </w:pPr>
    </w:p>
    <w:p w14:paraId="34E8F042" w14:textId="53479934" w:rsidR="00D06E85" w:rsidRDefault="00D06E85"/>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D06E85" w14:paraId="646C354C" w14:textId="77777777">
        <w:trPr>
          <w:cantSplit/>
        </w:trPr>
        <w:tc>
          <w:tcPr>
            <w:tcW w:w="9636" w:type="dxa"/>
            <w:shd w:val="clear" w:color="auto" w:fill="F4F4F4"/>
          </w:tcPr>
          <w:p w14:paraId="6755DF81" w14:textId="537513A9" w:rsidR="00D06E85" w:rsidRDefault="001F6F9D">
            <w:pPr>
              <w:keepNext/>
            </w:pPr>
            <w:r>
              <w:rPr>
                <w:b/>
                <w:sz w:val="16"/>
              </w:rPr>
              <w:t xml:space="preserve"> 3. </w:t>
            </w:r>
            <w:r>
              <w:rPr>
                <w:b/>
                <w:color w:val="000000"/>
                <w:sz w:val="18"/>
              </w:rPr>
              <w:t>DECLAR</w:t>
            </w:r>
            <w:r w:rsidR="00F146C8">
              <w:rPr>
                <w:b/>
                <w:color w:val="000000"/>
                <w:sz w:val="18"/>
              </w:rPr>
              <w:t xml:space="preserve"> PE PROPRIE RĂSPUNDERE</w:t>
            </w:r>
          </w:p>
        </w:tc>
      </w:tr>
      <w:tr w:rsidR="00D06E85" w14:paraId="55F951F4" w14:textId="77777777">
        <w:trPr>
          <w:cantSplit/>
        </w:trPr>
        <w:tc>
          <w:tcPr>
            <w:tcW w:w="9636" w:type="dxa"/>
          </w:tcPr>
          <w:p w14:paraId="264591DB" w14:textId="77777777" w:rsidR="00D06E85" w:rsidRDefault="001F6F9D">
            <w:pPr>
              <w:keepNext/>
              <w:spacing w:line="228" w:lineRule="auto"/>
            </w:pPr>
            <w:r>
              <w:rPr>
                <w:i/>
                <w:sz w:val="17"/>
              </w:rPr>
              <w:t>Sub sancțiunile aplicate faptei de fals în declarații prevăzute de art. 326 din Legea nr. 286/2009 privind Codul penal, cu modificările și completările ulterioare, declar pe propria răspundere că pentru avizele și acordurile menționate în tabelul de mai jos a fost depusă, conform legislației în vigoare, documentația în vederea obținerii acestora și în termenele prevăzute de Legea nr. 169/2026 privind Codul Amenajării Teritoriului, Urbanismului și Construcțiilor nu au fost primite de la emitent / emitenți, în condițiile legii:</w:t>
            </w:r>
          </w:p>
        </w:tc>
      </w:tr>
      <w:tr w:rsidR="00D06E85" w:rsidRPr="00B23FEC" w14:paraId="5350B05D" w14:textId="77777777">
        <w:trPr>
          <w:cantSplit/>
        </w:trPr>
        <w:tc>
          <w:tcPr>
            <w:tcW w:w="9636" w:type="dxa"/>
          </w:tcPr>
          <w:p w14:paraId="58C9DDD9" w14:textId="77777777" w:rsidR="00D06E85" w:rsidRPr="00F146C8" w:rsidRDefault="001F6F9D">
            <w:pPr>
              <w:keepNext/>
              <w:rPr>
                <w:lang w:val="fr-FR"/>
              </w:rPr>
            </w:pPr>
            <w:r>
              <w:rPr>
                <w:sz w:val="16"/>
              </w:rPr>
              <w:t xml:space="preserve"> </w:t>
            </w:r>
            <w:r w:rsidRPr="00F146C8">
              <w:rPr>
                <w:sz w:val="16"/>
                <w:lang w:val="fr-FR"/>
              </w:rPr>
              <w:t>☐ nicio solicitare de clarificare, completare sau modificare</w:t>
            </w:r>
          </w:p>
        </w:tc>
      </w:tr>
      <w:tr w:rsidR="00D06E85" w:rsidRPr="00B23FEC" w14:paraId="392E2A3D" w14:textId="77777777">
        <w:trPr>
          <w:cantSplit/>
        </w:trPr>
        <w:tc>
          <w:tcPr>
            <w:tcW w:w="9636" w:type="dxa"/>
          </w:tcPr>
          <w:p w14:paraId="598AB427" w14:textId="77777777" w:rsidR="00D06E85" w:rsidRPr="00F146C8" w:rsidRDefault="001F6F9D">
            <w:pPr>
              <w:keepNext/>
              <w:rPr>
                <w:lang w:val="fr-FR"/>
              </w:rPr>
            </w:pPr>
            <w:r w:rsidRPr="00F146C8">
              <w:rPr>
                <w:sz w:val="16"/>
                <w:lang w:val="fr-FR"/>
              </w:rPr>
              <w:t xml:space="preserve"> ☐ niciun aviz sau acord cu sau fără condiții</w:t>
            </w:r>
          </w:p>
        </w:tc>
      </w:tr>
      <w:tr w:rsidR="00D06E85" w14:paraId="0504FCED" w14:textId="77777777">
        <w:trPr>
          <w:cantSplit/>
        </w:trPr>
        <w:tc>
          <w:tcPr>
            <w:tcW w:w="9636" w:type="dxa"/>
          </w:tcPr>
          <w:p w14:paraId="3B17397B" w14:textId="77777777" w:rsidR="00D06E85" w:rsidRDefault="001F6F9D">
            <w:pPr>
              <w:keepNext/>
            </w:pPr>
            <w:r w:rsidRPr="00F146C8">
              <w:rPr>
                <w:sz w:val="16"/>
                <w:lang w:val="fr-FR"/>
              </w:rPr>
              <w:t xml:space="preserve"> </w:t>
            </w:r>
            <w:r>
              <w:rPr>
                <w:sz w:val="16"/>
              </w:rPr>
              <w:t>☐ nicio adresă de respingere</w:t>
            </w:r>
          </w:p>
        </w:tc>
      </w:tr>
      <w:tr w:rsidR="00D06E85" w:rsidRPr="00B23FEC" w14:paraId="48B239F6" w14:textId="77777777">
        <w:trPr>
          <w:cantSplit/>
        </w:trPr>
        <w:tc>
          <w:tcPr>
            <w:tcW w:w="9636" w:type="dxa"/>
            <w:shd w:val="clear" w:color="auto" w:fill="F4F4F4"/>
          </w:tcPr>
          <w:p w14:paraId="2B67D063" w14:textId="77777777" w:rsidR="00D06E85" w:rsidRPr="00F146C8" w:rsidRDefault="001F6F9D">
            <w:pPr>
              <w:spacing w:line="228" w:lineRule="auto"/>
              <w:rPr>
                <w:lang w:val="fr-FR"/>
              </w:rPr>
            </w:pPr>
            <w:r w:rsidRPr="00F146C8">
              <w:rPr>
                <w:lang w:val="fr-FR"/>
              </w:rPr>
              <w:t>Anexez documente doveditoare pentru fiecare aviz / acord solicitat pentru care în termenul legal nu a fost primită solicitarea de clarificare, completare sau modificare, nu a fost eliberat aviz / acord cu sau fără condiții ori nu a fost eliberată adresa de respingere, după caz, respectiv pentru:</w:t>
            </w:r>
          </w:p>
        </w:tc>
      </w:tr>
    </w:tbl>
    <w:p w14:paraId="78665D98" w14:textId="77777777" w:rsidR="00D06E85" w:rsidRPr="00F146C8" w:rsidRDefault="00D06E85">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803"/>
        <w:gridCol w:w="1606"/>
        <w:gridCol w:w="2409"/>
        <w:gridCol w:w="1606"/>
        <w:gridCol w:w="1606"/>
        <w:gridCol w:w="1606"/>
      </w:tblGrid>
      <w:tr w:rsidR="00D06E85" w14:paraId="410AFAE2" w14:textId="77777777">
        <w:trPr>
          <w:cantSplit/>
        </w:trPr>
        <w:tc>
          <w:tcPr>
            <w:tcW w:w="9636" w:type="dxa"/>
            <w:gridSpan w:val="6"/>
            <w:shd w:val="clear" w:color="auto" w:fill="F4F4F4"/>
          </w:tcPr>
          <w:p w14:paraId="0A217826" w14:textId="77777777" w:rsidR="00D06E85" w:rsidRDefault="001F6F9D">
            <w:pPr>
              <w:keepNext/>
            </w:pPr>
            <w:r w:rsidRPr="00F146C8">
              <w:rPr>
                <w:b/>
                <w:sz w:val="16"/>
                <w:lang w:val="fr-FR"/>
              </w:rPr>
              <w:lastRenderedPageBreak/>
              <w:t xml:space="preserve"> </w:t>
            </w:r>
            <w:r>
              <w:rPr>
                <w:b/>
                <w:sz w:val="16"/>
              </w:rPr>
              <w:t xml:space="preserve">4. </w:t>
            </w:r>
            <w:r>
              <w:rPr>
                <w:b/>
                <w:color w:val="000000"/>
                <w:sz w:val="18"/>
              </w:rPr>
              <w:t>AVIZELE / ACORDURILE PENTRU CARE SE INVOCĂ APROBAREA TACITĂ</w:t>
            </w:r>
          </w:p>
        </w:tc>
      </w:tr>
      <w:tr w:rsidR="00D06E85" w14:paraId="541D569E" w14:textId="77777777">
        <w:trPr>
          <w:cantSplit/>
          <w:trHeight w:val="510"/>
        </w:trPr>
        <w:tc>
          <w:tcPr>
            <w:tcW w:w="803" w:type="dxa"/>
          </w:tcPr>
          <w:p w14:paraId="5D4788F7" w14:textId="77777777" w:rsidR="00D06E85" w:rsidRDefault="001F6F9D">
            <w:pPr>
              <w:keepNext/>
            </w:pPr>
            <w:r>
              <w:rPr>
                <w:b/>
                <w:color w:val="0D5F78"/>
              </w:rPr>
              <w:t>Nr. crt.</w:t>
            </w:r>
          </w:p>
          <w:p w14:paraId="1C5E55E8" w14:textId="77777777" w:rsidR="00D06E85" w:rsidRDefault="00D06E85">
            <w:pPr>
              <w:keepNext/>
            </w:pPr>
          </w:p>
        </w:tc>
        <w:tc>
          <w:tcPr>
            <w:tcW w:w="1606" w:type="dxa"/>
          </w:tcPr>
          <w:p w14:paraId="6A126784" w14:textId="77777777" w:rsidR="00D06E85" w:rsidRDefault="001F6F9D">
            <w:pPr>
              <w:keepNext/>
            </w:pPr>
            <w:r>
              <w:rPr>
                <w:b/>
                <w:color w:val="0D5F78"/>
              </w:rPr>
              <w:t>Avizul / acordul solicitat</w:t>
            </w:r>
          </w:p>
          <w:p w14:paraId="5F1A22AB" w14:textId="77777777" w:rsidR="00D06E85" w:rsidRDefault="00D06E85">
            <w:pPr>
              <w:keepNext/>
            </w:pPr>
          </w:p>
        </w:tc>
        <w:tc>
          <w:tcPr>
            <w:tcW w:w="2409" w:type="dxa"/>
          </w:tcPr>
          <w:p w14:paraId="08B0F3A9" w14:textId="77777777" w:rsidR="00D06E85" w:rsidRPr="00F146C8" w:rsidRDefault="001F6F9D">
            <w:pPr>
              <w:keepNext/>
              <w:rPr>
                <w:lang w:val="fr-FR"/>
              </w:rPr>
            </w:pPr>
            <w:r w:rsidRPr="00F146C8">
              <w:rPr>
                <w:b/>
                <w:color w:val="0D5F78"/>
                <w:lang w:val="fr-FR"/>
              </w:rPr>
              <w:t>Instituția / entitatea de la care s-a solicitat</w:t>
            </w:r>
          </w:p>
          <w:p w14:paraId="07803F57" w14:textId="77777777" w:rsidR="00D06E85" w:rsidRPr="00F146C8" w:rsidRDefault="00D06E85">
            <w:pPr>
              <w:keepNext/>
              <w:rPr>
                <w:lang w:val="fr-FR"/>
              </w:rPr>
            </w:pPr>
          </w:p>
        </w:tc>
        <w:tc>
          <w:tcPr>
            <w:tcW w:w="1606" w:type="dxa"/>
          </w:tcPr>
          <w:p w14:paraId="5E0A8EC5" w14:textId="77777777" w:rsidR="00D06E85" w:rsidRDefault="001F6F9D">
            <w:pPr>
              <w:keepNext/>
            </w:pPr>
            <w:r>
              <w:rPr>
                <w:b/>
                <w:color w:val="0D5F78"/>
              </w:rPr>
              <w:t>Dată și nr. înregistrare solicitare</w:t>
            </w:r>
          </w:p>
          <w:p w14:paraId="5614152D" w14:textId="77777777" w:rsidR="00D06E85" w:rsidRDefault="00D06E85">
            <w:pPr>
              <w:keepNext/>
            </w:pPr>
          </w:p>
        </w:tc>
        <w:tc>
          <w:tcPr>
            <w:tcW w:w="1606" w:type="dxa"/>
          </w:tcPr>
          <w:p w14:paraId="5B7D319E" w14:textId="77777777" w:rsidR="00D06E85" w:rsidRPr="00F146C8" w:rsidRDefault="001F6F9D">
            <w:pPr>
              <w:keepNext/>
              <w:rPr>
                <w:lang w:val="fr-FR"/>
              </w:rPr>
            </w:pPr>
            <w:r w:rsidRPr="00F146C8">
              <w:rPr>
                <w:b/>
                <w:color w:val="0D5F78"/>
                <w:lang w:val="fr-FR"/>
              </w:rPr>
              <w:t>Dată și nr. depunere răspuns la clarificări</w:t>
            </w:r>
          </w:p>
          <w:p w14:paraId="6CE5652B" w14:textId="77777777" w:rsidR="00D06E85" w:rsidRPr="00F146C8" w:rsidRDefault="00D06E85">
            <w:pPr>
              <w:keepNext/>
              <w:rPr>
                <w:lang w:val="fr-FR"/>
              </w:rPr>
            </w:pPr>
          </w:p>
        </w:tc>
        <w:tc>
          <w:tcPr>
            <w:tcW w:w="1606" w:type="dxa"/>
          </w:tcPr>
          <w:p w14:paraId="37671C9B" w14:textId="77777777" w:rsidR="00D06E85" w:rsidRDefault="001F6F9D">
            <w:pPr>
              <w:keepNext/>
            </w:pPr>
            <w:r>
              <w:rPr>
                <w:b/>
                <w:color w:val="0D5F78"/>
              </w:rPr>
              <w:t>Data împlinirii termenului</w:t>
            </w:r>
          </w:p>
          <w:p w14:paraId="09C13510" w14:textId="77777777" w:rsidR="00D06E85" w:rsidRDefault="00D06E85">
            <w:pPr>
              <w:keepNext/>
            </w:pPr>
          </w:p>
        </w:tc>
      </w:tr>
      <w:tr w:rsidR="00D06E85" w14:paraId="48A100DF" w14:textId="77777777">
        <w:trPr>
          <w:cantSplit/>
          <w:trHeight w:val="510"/>
        </w:trPr>
        <w:tc>
          <w:tcPr>
            <w:tcW w:w="803" w:type="dxa"/>
          </w:tcPr>
          <w:p w14:paraId="0490C0E5" w14:textId="77777777" w:rsidR="00D06E85" w:rsidRDefault="00D06E85">
            <w:pPr>
              <w:keepNext/>
            </w:pPr>
          </w:p>
          <w:p w14:paraId="4044CE55" w14:textId="77777777" w:rsidR="00D06E85" w:rsidRDefault="001F6F9D">
            <w:pPr>
              <w:keepNext/>
            </w:pPr>
            <w:r>
              <w:rPr>
                <w:sz w:val="18"/>
              </w:rPr>
              <w:t>1</w:t>
            </w:r>
          </w:p>
        </w:tc>
        <w:tc>
          <w:tcPr>
            <w:tcW w:w="1606" w:type="dxa"/>
          </w:tcPr>
          <w:p w14:paraId="2AAC751D" w14:textId="77777777" w:rsidR="00D06E85" w:rsidRDefault="00D06E85">
            <w:pPr>
              <w:keepNext/>
            </w:pPr>
          </w:p>
        </w:tc>
        <w:tc>
          <w:tcPr>
            <w:tcW w:w="2409" w:type="dxa"/>
          </w:tcPr>
          <w:p w14:paraId="35159208" w14:textId="77777777" w:rsidR="00D06E85" w:rsidRDefault="00D06E85">
            <w:pPr>
              <w:keepNext/>
            </w:pPr>
          </w:p>
        </w:tc>
        <w:tc>
          <w:tcPr>
            <w:tcW w:w="1606" w:type="dxa"/>
          </w:tcPr>
          <w:p w14:paraId="1790151A" w14:textId="77777777" w:rsidR="00D06E85" w:rsidRDefault="00D06E85">
            <w:pPr>
              <w:keepNext/>
            </w:pPr>
          </w:p>
        </w:tc>
        <w:tc>
          <w:tcPr>
            <w:tcW w:w="1606" w:type="dxa"/>
          </w:tcPr>
          <w:p w14:paraId="0D8631E8" w14:textId="77777777" w:rsidR="00D06E85" w:rsidRDefault="00D06E85">
            <w:pPr>
              <w:keepNext/>
            </w:pPr>
          </w:p>
        </w:tc>
        <w:tc>
          <w:tcPr>
            <w:tcW w:w="1606" w:type="dxa"/>
          </w:tcPr>
          <w:p w14:paraId="7035523E" w14:textId="77777777" w:rsidR="00D06E85" w:rsidRDefault="00D06E85">
            <w:pPr>
              <w:keepNext/>
            </w:pPr>
          </w:p>
        </w:tc>
      </w:tr>
      <w:tr w:rsidR="00D06E85" w14:paraId="1D7536D3" w14:textId="77777777">
        <w:trPr>
          <w:cantSplit/>
          <w:trHeight w:val="510"/>
        </w:trPr>
        <w:tc>
          <w:tcPr>
            <w:tcW w:w="803" w:type="dxa"/>
          </w:tcPr>
          <w:p w14:paraId="63AB37A9" w14:textId="77777777" w:rsidR="00D06E85" w:rsidRDefault="00D06E85">
            <w:pPr>
              <w:keepNext/>
            </w:pPr>
          </w:p>
          <w:p w14:paraId="3A8347A1" w14:textId="77777777" w:rsidR="00D06E85" w:rsidRDefault="001F6F9D">
            <w:pPr>
              <w:keepNext/>
            </w:pPr>
            <w:r>
              <w:rPr>
                <w:sz w:val="18"/>
              </w:rPr>
              <w:t>2</w:t>
            </w:r>
          </w:p>
        </w:tc>
        <w:tc>
          <w:tcPr>
            <w:tcW w:w="1606" w:type="dxa"/>
          </w:tcPr>
          <w:p w14:paraId="595FC148" w14:textId="77777777" w:rsidR="00D06E85" w:rsidRDefault="00D06E85">
            <w:pPr>
              <w:keepNext/>
            </w:pPr>
          </w:p>
        </w:tc>
        <w:tc>
          <w:tcPr>
            <w:tcW w:w="2409" w:type="dxa"/>
          </w:tcPr>
          <w:p w14:paraId="4986C02C" w14:textId="77777777" w:rsidR="00D06E85" w:rsidRDefault="00D06E85">
            <w:pPr>
              <w:keepNext/>
            </w:pPr>
          </w:p>
        </w:tc>
        <w:tc>
          <w:tcPr>
            <w:tcW w:w="1606" w:type="dxa"/>
          </w:tcPr>
          <w:p w14:paraId="518729BB" w14:textId="77777777" w:rsidR="00D06E85" w:rsidRDefault="00D06E85">
            <w:pPr>
              <w:keepNext/>
            </w:pPr>
          </w:p>
        </w:tc>
        <w:tc>
          <w:tcPr>
            <w:tcW w:w="1606" w:type="dxa"/>
          </w:tcPr>
          <w:p w14:paraId="4958CB4B" w14:textId="77777777" w:rsidR="00D06E85" w:rsidRDefault="00D06E85">
            <w:pPr>
              <w:keepNext/>
            </w:pPr>
          </w:p>
        </w:tc>
        <w:tc>
          <w:tcPr>
            <w:tcW w:w="1606" w:type="dxa"/>
          </w:tcPr>
          <w:p w14:paraId="6E7BC659" w14:textId="77777777" w:rsidR="00D06E85" w:rsidRDefault="00D06E85">
            <w:pPr>
              <w:keepNext/>
            </w:pPr>
          </w:p>
        </w:tc>
      </w:tr>
      <w:tr w:rsidR="00D06E85" w14:paraId="66D73194" w14:textId="77777777">
        <w:trPr>
          <w:cantSplit/>
          <w:trHeight w:val="510"/>
        </w:trPr>
        <w:tc>
          <w:tcPr>
            <w:tcW w:w="803" w:type="dxa"/>
          </w:tcPr>
          <w:p w14:paraId="34C5051C" w14:textId="77777777" w:rsidR="00D06E85" w:rsidRDefault="00D06E85">
            <w:pPr>
              <w:keepNext/>
            </w:pPr>
          </w:p>
          <w:p w14:paraId="0561CF74" w14:textId="77777777" w:rsidR="00D06E85" w:rsidRDefault="001F6F9D">
            <w:pPr>
              <w:keepNext/>
            </w:pPr>
            <w:r>
              <w:rPr>
                <w:sz w:val="18"/>
              </w:rPr>
              <w:t>3</w:t>
            </w:r>
          </w:p>
        </w:tc>
        <w:tc>
          <w:tcPr>
            <w:tcW w:w="1606" w:type="dxa"/>
          </w:tcPr>
          <w:p w14:paraId="1460452C" w14:textId="77777777" w:rsidR="00D06E85" w:rsidRDefault="00D06E85">
            <w:pPr>
              <w:keepNext/>
            </w:pPr>
          </w:p>
        </w:tc>
        <w:tc>
          <w:tcPr>
            <w:tcW w:w="2409" w:type="dxa"/>
          </w:tcPr>
          <w:p w14:paraId="4C4A6D05" w14:textId="77777777" w:rsidR="00D06E85" w:rsidRDefault="00D06E85">
            <w:pPr>
              <w:keepNext/>
            </w:pPr>
          </w:p>
        </w:tc>
        <w:tc>
          <w:tcPr>
            <w:tcW w:w="1606" w:type="dxa"/>
          </w:tcPr>
          <w:p w14:paraId="5E452FF5" w14:textId="77777777" w:rsidR="00D06E85" w:rsidRDefault="00D06E85">
            <w:pPr>
              <w:keepNext/>
            </w:pPr>
          </w:p>
        </w:tc>
        <w:tc>
          <w:tcPr>
            <w:tcW w:w="1606" w:type="dxa"/>
          </w:tcPr>
          <w:p w14:paraId="1F4DAD5C" w14:textId="77777777" w:rsidR="00D06E85" w:rsidRDefault="00D06E85">
            <w:pPr>
              <w:keepNext/>
            </w:pPr>
          </w:p>
        </w:tc>
        <w:tc>
          <w:tcPr>
            <w:tcW w:w="1606" w:type="dxa"/>
          </w:tcPr>
          <w:p w14:paraId="020076B8" w14:textId="77777777" w:rsidR="00D06E85" w:rsidRDefault="00D06E85">
            <w:pPr>
              <w:keepNext/>
            </w:pPr>
          </w:p>
        </w:tc>
      </w:tr>
      <w:tr w:rsidR="00D06E85" w14:paraId="25E96DD5" w14:textId="77777777">
        <w:trPr>
          <w:cantSplit/>
          <w:trHeight w:val="510"/>
        </w:trPr>
        <w:tc>
          <w:tcPr>
            <w:tcW w:w="803" w:type="dxa"/>
          </w:tcPr>
          <w:p w14:paraId="6895F892" w14:textId="77777777" w:rsidR="00D06E85" w:rsidRDefault="00D06E85"/>
          <w:p w14:paraId="5C6DE8E8" w14:textId="77777777" w:rsidR="00D06E85" w:rsidRDefault="001F6F9D">
            <w:r>
              <w:rPr>
                <w:sz w:val="18"/>
              </w:rPr>
              <w:t>4</w:t>
            </w:r>
          </w:p>
        </w:tc>
        <w:tc>
          <w:tcPr>
            <w:tcW w:w="1606" w:type="dxa"/>
          </w:tcPr>
          <w:p w14:paraId="7F8CED62" w14:textId="77777777" w:rsidR="00D06E85" w:rsidRDefault="00D06E85"/>
        </w:tc>
        <w:tc>
          <w:tcPr>
            <w:tcW w:w="2409" w:type="dxa"/>
          </w:tcPr>
          <w:p w14:paraId="5C7BD863" w14:textId="77777777" w:rsidR="00D06E85" w:rsidRDefault="00D06E85"/>
        </w:tc>
        <w:tc>
          <w:tcPr>
            <w:tcW w:w="1606" w:type="dxa"/>
          </w:tcPr>
          <w:p w14:paraId="16293DB0" w14:textId="77777777" w:rsidR="00D06E85" w:rsidRDefault="00D06E85"/>
        </w:tc>
        <w:tc>
          <w:tcPr>
            <w:tcW w:w="1606" w:type="dxa"/>
          </w:tcPr>
          <w:p w14:paraId="473035BF" w14:textId="77777777" w:rsidR="00D06E85" w:rsidRDefault="00D06E85"/>
        </w:tc>
        <w:tc>
          <w:tcPr>
            <w:tcW w:w="1606" w:type="dxa"/>
          </w:tcPr>
          <w:p w14:paraId="1F8AABB1" w14:textId="77777777" w:rsidR="00D06E85" w:rsidRDefault="00D06E85"/>
        </w:tc>
      </w:tr>
    </w:tbl>
    <w:p w14:paraId="072757A1" w14:textId="77777777" w:rsidR="00D06E85" w:rsidRDefault="00D06E8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D06E85" w14:paraId="7FE07876" w14:textId="77777777">
        <w:trPr>
          <w:cantSplit/>
        </w:trPr>
        <w:tc>
          <w:tcPr>
            <w:tcW w:w="9636" w:type="dxa"/>
            <w:shd w:val="clear" w:color="auto" w:fill="F4F4F4"/>
          </w:tcPr>
          <w:p w14:paraId="0B596766" w14:textId="77777777" w:rsidR="00D06E85" w:rsidRDefault="001F6F9D">
            <w:pPr>
              <w:keepNext/>
            </w:pPr>
            <w:r>
              <w:rPr>
                <w:b/>
                <w:sz w:val="16"/>
              </w:rPr>
              <w:t xml:space="preserve"> 5. </w:t>
            </w:r>
            <w:r>
              <w:rPr>
                <w:b/>
                <w:color w:val="000000"/>
                <w:sz w:val="18"/>
              </w:rPr>
              <w:t>ASUMAREA RĂSPUNDERII ȘI CONSIMȚĂMÂNTUL</w:t>
            </w:r>
          </w:p>
        </w:tc>
      </w:tr>
      <w:tr w:rsidR="00D06E85" w14:paraId="2A16B9F2" w14:textId="77777777">
        <w:trPr>
          <w:cantSplit/>
        </w:trPr>
        <w:tc>
          <w:tcPr>
            <w:tcW w:w="9636" w:type="dxa"/>
          </w:tcPr>
          <w:p w14:paraId="617A40D9" w14:textId="77777777" w:rsidR="00D06E85" w:rsidRDefault="001F6F9D">
            <w:pPr>
              <w:keepNext/>
              <w:spacing w:line="228" w:lineRule="auto"/>
            </w:pPr>
            <w:r>
              <w:rPr>
                <w:i/>
                <w:sz w:val="17"/>
              </w:rPr>
              <w:t>Declar pe propria răspundere, cunoscând prevederile art. 326 din Codul penal privind falsul în declarații, că datele înscrise în prezenta cerere și în documentele anexate sunt reale, corecte, complete și perfect valabile și înțeleg că invocarea în fața unei autorități sau instituții publice a obținerii unui aviz sau acord ca urmare a procedurii aprobării tacite, omițând cu știință prezentarea răspunsului ori a notificării primite în cadrul procesului de emitere a avizelor și acordurilor, reprezintă fals în declarații, constituie infracțiune și se pedepsește conform legii.</w:t>
            </w:r>
          </w:p>
        </w:tc>
      </w:tr>
      <w:tr w:rsidR="00D06E85" w14:paraId="1F2EAE20" w14:textId="77777777">
        <w:trPr>
          <w:cantSplit/>
        </w:trPr>
        <w:tc>
          <w:tcPr>
            <w:tcW w:w="9636" w:type="dxa"/>
            <w:shd w:val="clear" w:color="auto" w:fill="F4F4F4"/>
          </w:tcPr>
          <w:p w14:paraId="44E84F15" w14:textId="77777777" w:rsidR="00D06E85" w:rsidRDefault="001F6F9D">
            <w:pPr>
              <w:keepNext/>
              <w:spacing w:line="228" w:lineRule="auto"/>
            </w:pPr>
            <w:r>
              <w:t>Sunt de acord ca ……………………………………………………………… să prelucreze datele mele cu caracter personal, în conformitate cu prevederile Regulamentului (UE) nr. 679/2016 privind protecția persoanelor fizice în ceea ce privește prelucrarea datelor cu caracter personal și privind libera circulație a acestor date și de abrogare a Directivei 95/46/CE (Regulamentul general privind protecția datelor) — GDPR. Temeiul juridic al prelucrării acestor date este consimțământul subsemnatei / subsemnatului. Consimțământul în ceea ce privește prelucrarea datelor cu caracter personal, precum și furnizarea datelor menționate mai jos sunt voluntare. Acest consimțământ poate fi revocat în orice moment, printr-o notificare către ……………………………………………………………, conform prevederilor GDPR referitoare la drepturile persoanelor vizate. Toate datele cu caracter personal colectate vor fi stocate numai cât este necesar îndeplinirii scopului pentru care au fost colectate, plus termenele de arhivare prevăzute de dispozițiile legale în materie, și/sau atât cât este necesar pentru ca părțile să își poată exercita drepturile legitime.</w:t>
            </w:r>
          </w:p>
        </w:tc>
      </w:tr>
      <w:tr w:rsidR="00D06E85" w14:paraId="4ED5476F" w14:textId="77777777">
        <w:trPr>
          <w:cantSplit/>
        </w:trPr>
        <w:tc>
          <w:tcPr>
            <w:tcW w:w="9636" w:type="dxa"/>
          </w:tcPr>
          <w:p w14:paraId="5CDABEC4" w14:textId="77777777" w:rsidR="00D06E85" w:rsidRDefault="001F6F9D">
            <w:pPr>
              <w:spacing w:line="228" w:lineRule="auto"/>
            </w:pPr>
            <w:r>
              <w:rPr>
                <w:i/>
                <w:sz w:val="17"/>
              </w:rPr>
              <w:t>Am înțeles această declarație de consimțământ și sunt de acord cu prelucrarea datelor mele cu caracter personal.</w:t>
            </w:r>
          </w:p>
        </w:tc>
      </w:tr>
    </w:tbl>
    <w:p w14:paraId="67224C2E" w14:textId="77777777" w:rsidR="00D06E85" w:rsidRDefault="00D06E8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D06E85" w14:paraId="650C2586" w14:textId="77777777">
        <w:trPr>
          <w:cantSplit/>
        </w:trPr>
        <w:tc>
          <w:tcPr>
            <w:tcW w:w="9636" w:type="dxa"/>
            <w:gridSpan w:val="3"/>
            <w:shd w:val="clear" w:color="auto" w:fill="F4F4F4"/>
          </w:tcPr>
          <w:p w14:paraId="29D17F44" w14:textId="77777777" w:rsidR="00D06E85" w:rsidRDefault="001F6F9D">
            <w:pPr>
              <w:keepNext/>
            </w:pPr>
            <w:r>
              <w:rPr>
                <w:b/>
                <w:sz w:val="16"/>
              </w:rPr>
              <w:t xml:space="preserve"> 6. </w:t>
            </w:r>
            <w:r>
              <w:rPr>
                <w:b/>
                <w:color w:val="000000"/>
                <w:sz w:val="18"/>
              </w:rPr>
              <w:t>DATA ȘI SEMNĂTURA</w:t>
            </w:r>
          </w:p>
        </w:tc>
      </w:tr>
      <w:tr w:rsidR="00D06E85" w14:paraId="0EF0880A" w14:textId="77777777">
        <w:trPr>
          <w:cantSplit/>
          <w:trHeight w:val="510"/>
        </w:trPr>
        <w:tc>
          <w:tcPr>
            <w:tcW w:w="1606" w:type="dxa"/>
          </w:tcPr>
          <w:p w14:paraId="1E086D02" w14:textId="77777777" w:rsidR="00D06E85" w:rsidRDefault="001F6F9D">
            <w:r>
              <w:rPr>
                <w:b/>
                <w:color w:val="0D5F78"/>
              </w:rPr>
              <w:t>Data</w:t>
            </w:r>
          </w:p>
          <w:p w14:paraId="444AABB6" w14:textId="77777777" w:rsidR="00D06E85" w:rsidRDefault="00D06E85"/>
        </w:tc>
        <w:tc>
          <w:tcPr>
            <w:tcW w:w="4818" w:type="dxa"/>
          </w:tcPr>
          <w:p w14:paraId="7FAA319E" w14:textId="77777777" w:rsidR="00D06E85" w:rsidRDefault="001F6F9D">
            <w:r>
              <w:rPr>
                <w:b/>
                <w:color w:val="0D5F78"/>
              </w:rPr>
              <w:t>Beneficiarul / reprezentantul</w:t>
            </w:r>
          </w:p>
          <w:p w14:paraId="3F3E65B2" w14:textId="77777777" w:rsidR="00D06E85" w:rsidRDefault="00D06E85"/>
        </w:tc>
        <w:tc>
          <w:tcPr>
            <w:tcW w:w="3212" w:type="dxa"/>
          </w:tcPr>
          <w:p w14:paraId="57D03BB3" w14:textId="77777777" w:rsidR="00D06E85" w:rsidRDefault="001F6F9D">
            <w:r>
              <w:rPr>
                <w:b/>
                <w:color w:val="0D5F78"/>
              </w:rPr>
              <w:t>Semnătura</w:t>
            </w:r>
          </w:p>
          <w:p w14:paraId="6A8F1A4A" w14:textId="77777777" w:rsidR="00D06E85" w:rsidRDefault="00D06E85"/>
        </w:tc>
      </w:tr>
    </w:tbl>
    <w:p w14:paraId="3C9FA47A" w14:textId="77777777" w:rsidR="00D06E85" w:rsidRDefault="00D06E85">
      <w:pPr>
        <w:spacing w:line="168" w:lineRule="auto"/>
      </w:pPr>
    </w:p>
    <w:sectPr w:rsidR="00D06E85" w:rsidSect="00034616">
      <w:footerReference w:type="default" r:id="rId10"/>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4473D" w14:textId="77777777" w:rsidR="00E7335B" w:rsidRDefault="00E7335B">
      <w:r>
        <w:separator/>
      </w:r>
    </w:p>
  </w:endnote>
  <w:endnote w:type="continuationSeparator" w:id="0">
    <w:p w14:paraId="3543B88E" w14:textId="77777777" w:rsidR="00E7335B" w:rsidRDefault="00E73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7F329" w14:textId="00E6D5B0" w:rsidR="00D06E85" w:rsidRDefault="001F6F9D">
    <w:pPr>
      <w:pStyle w:val="Footer"/>
      <w:tabs>
        <w:tab w:val="right" w:pos="9639"/>
      </w:tabs>
    </w:pPr>
    <w:r>
      <w:rPr>
        <w:color w:val="595959"/>
      </w:rPr>
      <w:t>F_A_03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D75601">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D75601">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5AF3D" w14:textId="77777777" w:rsidR="00E7335B" w:rsidRDefault="00E7335B">
      <w:r>
        <w:separator/>
      </w:r>
    </w:p>
  </w:footnote>
  <w:footnote w:type="continuationSeparator" w:id="0">
    <w:p w14:paraId="15E2B18A" w14:textId="77777777" w:rsidR="00E7335B" w:rsidRDefault="00E733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F6F9D"/>
    <w:rsid w:val="0029639D"/>
    <w:rsid w:val="00326F90"/>
    <w:rsid w:val="003438FD"/>
    <w:rsid w:val="00424DBA"/>
    <w:rsid w:val="006C103E"/>
    <w:rsid w:val="00AA1D8D"/>
    <w:rsid w:val="00B23FEC"/>
    <w:rsid w:val="00B47730"/>
    <w:rsid w:val="00CB0664"/>
    <w:rsid w:val="00CB65B2"/>
    <w:rsid w:val="00D06E85"/>
    <w:rsid w:val="00D75601"/>
    <w:rsid w:val="00DC105D"/>
    <w:rsid w:val="00E61A6B"/>
    <w:rsid w:val="00E7335B"/>
    <w:rsid w:val="00F146C8"/>
    <w:rsid w:val="00F4792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63F5C1"/>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semiHidden/>
    <w:unhideWhenUsed/>
    <w:rsid w:val="00DC10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sjbacau@csjbaca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DDD1C-6E1F-44D5-ADFE-AC701670D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Cornelia Munteanu</dc:creator>
  <cp:keywords/>
  <cp:lastModifiedBy>Cornelia Munteanu</cp:lastModifiedBy>
  <cp:revision>4</cp:revision>
  <dcterms:created xsi:type="dcterms:W3CDTF">2026-08-31T07:49:00Z</dcterms:created>
  <dcterms:modified xsi:type="dcterms:W3CDTF">2026-08-31T08:13:00Z</dcterms:modified>
  <cp:category/>
</cp:coreProperties>
</file>